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B9A5" w14:textId="77777777" w:rsidR="00FB2EAC" w:rsidRPr="000E636A" w:rsidRDefault="00F74BD8">
      <w:pPr>
        <w:spacing w:after="40"/>
        <w:rPr>
          <w:lang w:val="sv-SE"/>
        </w:rPr>
      </w:pPr>
      <w:r w:rsidRPr="000E636A">
        <w:rPr>
          <w:b/>
          <w:sz w:val="29"/>
          <w:lang w:val="sv-SE"/>
        </w:rPr>
        <w:t>Förslag till avfallshanteringsplan – småhus</w:t>
      </w:r>
    </w:p>
    <w:p w14:paraId="4D079F7F" w14:textId="77777777" w:rsidR="00FB2EAC" w:rsidRPr="000E636A" w:rsidRDefault="00F74BD8">
      <w:pPr>
        <w:spacing w:after="80"/>
        <w:rPr>
          <w:lang w:val="sv-SE"/>
        </w:rPr>
      </w:pPr>
      <w:r w:rsidRPr="000E636A">
        <w:rPr>
          <w:lang w:val="sv-SE"/>
        </w:rPr>
        <w:t xml:space="preserve">För nybyggnad och tillbyggnad av en- och </w:t>
      </w:r>
      <w:proofErr w:type="gramStart"/>
      <w:r w:rsidRPr="000E636A">
        <w:rPr>
          <w:lang w:val="sv-SE"/>
        </w:rPr>
        <w:t>tvåbostadshus  |</w:t>
      </w:r>
      <w:proofErr w:type="gramEnd"/>
      <w:r w:rsidRPr="000E636A">
        <w:rPr>
          <w:lang w:val="sv-SE"/>
        </w:rPr>
        <w:t xml:space="preserve">  Enligt 10 kap. 8 a § plan- och bygglagen</w:t>
      </w:r>
    </w:p>
    <w:p w14:paraId="387E9996" w14:textId="77777777" w:rsidR="00FB2EAC" w:rsidRDefault="00F74BD8">
      <w:pPr>
        <w:spacing w:before="80" w:after="46"/>
      </w:pPr>
      <w:r>
        <w:rPr>
          <w:b/>
          <w:sz w:val="22"/>
        </w:rPr>
        <w:t xml:space="preserve">Information om </w:t>
      </w:r>
      <w:proofErr w:type="spellStart"/>
      <w:r>
        <w:rPr>
          <w:b/>
          <w:sz w:val="22"/>
        </w:rPr>
        <w:t>projektet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63"/>
        <w:gridCol w:w="7869"/>
      </w:tblGrid>
      <w:tr w:rsidR="00FB2EAC" w14:paraId="1E4825BD" w14:textId="77777777">
        <w:trPr>
          <w:cantSplit/>
          <w:trHeight w:val="329"/>
          <w:jc w:val="center"/>
        </w:trPr>
        <w:tc>
          <w:tcPr>
            <w:tcW w:w="78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BD6F026" w14:textId="77777777" w:rsidR="00FB2EAC" w:rsidRDefault="00F74BD8">
            <w:pPr>
              <w:spacing w:line="245" w:lineRule="auto"/>
            </w:pPr>
            <w:r>
              <w:rPr>
                <w:b/>
                <w:sz w:val="17"/>
              </w:rPr>
              <w:t>Fastighetsbeteckning:</w:t>
            </w:r>
          </w:p>
        </w:tc>
        <w:tc>
          <w:tcPr>
            <w:tcW w:w="78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FC7C7C9" w14:textId="77777777" w:rsidR="00FB2EAC" w:rsidRDefault="00F74BD8">
            <w:pPr>
              <w:spacing w:line="245" w:lineRule="auto"/>
            </w:pPr>
            <w:r>
              <w:rPr>
                <w:b/>
                <w:sz w:val="17"/>
              </w:rPr>
              <w:t>Avfallshanteringsplan upprättad datum:</w:t>
            </w:r>
          </w:p>
        </w:tc>
      </w:tr>
    </w:tbl>
    <w:p w14:paraId="29157296" w14:textId="77777777" w:rsidR="00FB2EAC" w:rsidRDefault="00F74BD8">
      <w:pPr>
        <w:spacing w:before="80" w:after="46"/>
      </w:pPr>
      <w:proofErr w:type="spellStart"/>
      <w:r>
        <w:rPr>
          <w:b/>
          <w:sz w:val="22"/>
        </w:rPr>
        <w:t>Återanvändbara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byggprodukter</w:t>
      </w:r>
      <w:proofErr w:type="spellEnd"/>
    </w:p>
    <w:p w14:paraId="36D9A4A2" w14:textId="77777777" w:rsidR="00FB2EAC" w:rsidRPr="000E636A" w:rsidRDefault="00F74BD8">
      <w:pPr>
        <w:spacing w:after="60"/>
        <w:rPr>
          <w:lang w:val="sv-SE"/>
        </w:rPr>
      </w:pPr>
      <w:r w:rsidRPr="000E636A">
        <w:rPr>
          <w:color w:val="414141"/>
          <w:sz w:val="16"/>
          <w:lang w:val="sv-SE"/>
        </w:rPr>
        <w:t>Vid tillbyggnad: ange material som kan tas till vara vid demontering. Vid nybyggnad: ange produkter och överskottsmaterial som kan återanvändas. Skriv ”inga identifierade” om det är aktuellt.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896"/>
        <w:gridCol w:w="4139"/>
        <w:gridCol w:w="2296"/>
      </w:tblGrid>
      <w:tr w:rsidR="00FB2EAC" w14:paraId="7E79F0C9" w14:textId="77777777">
        <w:trPr>
          <w:cantSplit/>
          <w:trHeight w:val="323"/>
          <w:tblHeader/>
          <w:jc w:val="center"/>
        </w:trPr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C45911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68DA0E9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color w:val="FFFFFF"/>
                <w:sz w:val="17"/>
              </w:rPr>
              <w:t>Byggprodukt</w:t>
            </w:r>
            <w:proofErr w:type="spellEnd"/>
            <w:r>
              <w:rPr>
                <w:b/>
                <w:color w:val="FFFFFF"/>
                <w:sz w:val="17"/>
              </w:rPr>
              <w:t xml:space="preserve"> / </w:t>
            </w:r>
            <w:proofErr w:type="spellStart"/>
            <w:r>
              <w:rPr>
                <w:b/>
                <w:color w:val="FFFFFF"/>
                <w:sz w:val="17"/>
              </w:rPr>
              <w:t>byggnadsdel</w:t>
            </w:r>
            <w:proofErr w:type="spellEnd"/>
          </w:p>
        </w:tc>
        <w:tc>
          <w:tcPr>
            <w:tcW w:w="58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262DE1E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b/>
                <w:sz w:val="17"/>
                <w:lang w:val="sv-SE"/>
              </w:rPr>
              <w:t>Hur ska den tas om hand / återanvändas?</w:t>
            </w:r>
          </w:p>
        </w:tc>
        <w:tc>
          <w:tcPr>
            <w:tcW w:w="41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5EFE5B5" w14:textId="77777777" w:rsidR="00FB2EAC" w:rsidRDefault="00F74BD8">
            <w:pPr>
              <w:spacing w:line="245" w:lineRule="auto"/>
            </w:pPr>
            <w:r>
              <w:rPr>
                <w:b/>
                <w:sz w:val="17"/>
              </w:rPr>
              <w:t>Var / av vem?</w:t>
            </w:r>
          </w:p>
        </w:tc>
        <w:tc>
          <w:tcPr>
            <w:tcW w:w="22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F4C5588" w14:textId="77777777" w:rsidR="00FB2EAC" w:rsidRDefault="00F74BD8">
            <w:pPr>
              <w:spacing w:line="245" w:lineRule="auto"/>
            </w:pPr>
            <w:r>
              <w:rPr>
                <w:b/>
                <w:sz w:val="17"/>
              </w:rPr>
              <w:t>När?</w:t>
            </w:r>
          </w:p>
        </w:tc>
      </w:tr>
      <w:tr w:rsidR="00FB2EAC" w14:paraId="51E16A13" w14:textId="77777777">
        <w:trPr>
          <w:cantSplit/>
          <w:trHeight w:val="346"/>
          <w:jc w:val="center"/>
        </w:trPr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7173992" w14:textId="77777777" w:rsidR="00FB2EAC" w:rsidRDefault="00FB2EAC">
            <w:pPr>
              <w:spacing w:line="245" w:lineRule="auto"/>
            </w:pPr>
          </w:p>
        </w:tc>
        <w:tc>
          <w:tcPr>
            <w:tcW w:w="58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10854E7" w14:textId="77777777" w:rsidR="00FB2EAC" w:rsidRDefault="00FB2EAC">
            <w:pPr>
              <w:spacing w:line="245" w:lineRule="auto"/>
            </w:pPr>
          </w:p>
        </w:tc>
        <w:tc>
          <w:tcPr>
            <w:tcW w:w="41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7AE0AF7" w14:textId="77777777" w:rsidR="00FB2EAC" w:rsidRDefault="00FB2EAC">
            <w:pPr>
              <w:spacing w:line="245" w:lineRule="auto"/>
            </w:pPr>
          </w:p>
        </w:tc>
        <w:tc>
          <w:tcPr>
            <w:tcW w:w="22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AE798E5" w14:textId="77777777" w:rsidR="00FB2EAC" w:rsidRDefault="00FB2EAC">
            <w:pPr>
              <w:spacing w:line="245" w:lineRule="auto"/>
            </w:pPr>
          </w:p>
        </w:tc>
      </w:tr>
      <w:tr w:rsidR="00FB2EAC" w14:paraId="235BEBFD" w14:textId="77777777">
        <w:trPr>
          <w:cantSplit/>
          <w:trHeight w:val="346"/>
          <w:jc w:val="center"/>
        </w:trPr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FAF2F7F" w14:textId="77777777" w:rsidR="00FB2EAC" w:rsidRDefault="00FB2EAC">
            <w:pPr>
              <w:spacing w:line="245" w:lineRule="auto"/>
            </w:pPr>
          </w:p>
        </w:tc>
        <w:tc>
          <w:tcPr>
            <w:tcW w:w="58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EBDF7C0" w14:textId="77777777" w:rsidR="00FB2EAC" w:rsidRDefault="00FB2EAC">
            <w:pPr>
              <w:spacing w:line="245" w:lineRule="auto"/>
            </w:pPr>
          </w:p>
        </w:tc>
        <w:tc>
          <w:tcPr>
            <w:tcW w:w="41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8D647B5" w14:textId="77777777" w:rsidR="00FB2EAC" w:rsidRDefault="00FB2EAC">
            <w:pPr>
              <w:spacing w:line="245" w:lineRule="auto"/>
            </w:pPr>
          </w:p>
        </w:tc>
        <w:tc>
          <w:tcPr>
            <w:tcW w:w="22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F89C51E" w14:textId="77777777" w:rsidR="00FB2EAC" w:rsidRDefault="00FB2EAC">
            <w:pPr>
              <w:spacing w:line="245" w:lineRule="auto"/>
            </w:pPr>
          </w:p>
        </w:tc>
      </w:tr>
      <w:tr w:rsidR="00FB2EAC" w14:paraId="7091BBE9" w14:textId="77777777">
        <w:trPr>
          <w:cantSplit/>
          <w:trHeight w:val="346"/>
          <w:jc w:val="center"/>
        </w:trPr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8790574" w14:textId="77777777" w:rsidR="00FB2EAC" w:rsidRDefault="00FB2EAC">
            <w:pPr>
              <w:spacing w:line="245" w:lineRule="auto"/>
            </w:pPr>
          </w:p>
        </w:tc>
        <w:tc>
          <w:tcPr>
            <w:tcW w:w="58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5D303FC" w14:textId="77777777" w:rsidR="00FB2EAC" w:rsidRDefault="00FB2EAC">
            <w:pPr>
              <w:spacing w:line="245" w:lineRule="auto"/>
            </w:pPr>
          </w:p>
        </w:tc>
        <w:tc>
          <w:tcPr>
            <w:tcW w:w="41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B4CDA60" w14:textId="77777777" w:rsidR="00FB2EAC" w:rsidRDefault="00FB2EAC">
            <w:pPr>
              <w:spacing w:line="245" w:lineRule="auto"/>
            </w:pPr>
          </w:p>
        </w:tc>
        <w:tc>
          <w:tcPr>
            <w:tcW w:w="22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E626A39" w14:textId="77777777" w:rsidR="00FB2EAC" w:rsidRDefault="00FB2EAC">
            <w:pPr>
              <w:spacing w:line="245" w:lineRule="auto"/>
            </w:pPr>
          </w:p>
        </w:tc>
      </w:tr>
    </w:tbl>
    <w:p w14:paraId="21E2C41F" w14:textId="77777777" w:rsidR="00FB2EAC" w:rsidRDefault="00F74BD8">
      <w:pPr>
        <w:spacing w:before="80" w:after="46"/>
      </w:pPr>
      <w:r>
        <w:rPr>
          <w:b/>
          <w:sz w:val="22"/>
        </w:rPr>
        <w:t>Förebygga uppkomst av avfall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63"/>
        <w:gridCol w:w="7869"/>
      </w:tblGrid>
      <w:tr w:rsidR="00FB2EAC" w:rsidRPr="000E636A" w14:paraId="257B93EE" w14:textId="77777777">
        <w:trPr>
          <w:cantSplit/>
          <w:trHeight w:val="283"/>
          <w:jc w:val="center"/>
        </w:trPr>
        <w:tc>
          <w:tcPr>
            <w:tcW w:w="78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38A9116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7"/>
                <w:lang w:val="sv-SE"/>
              </w:rPr>
              <w:t>☐</w:t>
            </w:r>
            <w:r w:rsidRPr="000E636A">
              <w:rPr>
                <w:sz w:val="17"/>
                <w:lang w:val="sv-SE"/>
              </w:rPr>
              <w:t xml:space="preserve"> Material beställs utifrån uppmätta behov</w:t>
            </w:r>
          </w:p>
        </w:tc>
        <w:tc>
          <w:tcPr>
            <w:tcW w:w="78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5ECB8D5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7"/>
                <w:lang w:val="sv-SE"/>
              </w:rPr>
              <w:t>☐</w:t>
            </w:r>
            <w:r w:rsidRPr="000E636A">
              <w:rPr>
                <w:sz w:val="17"/>
                <w:lang w:val="sv-SE"/>
              </w:rPr>
              <w:t xml:space="preserve"> Överblivet material returneras om möjligt</w:t>
            </w:r>
          </w:p>
        </w:tc>
      </w:tr>
      <w:tr w:rsidR="00FB2EAC" w:rsidRPr="000E636A" w14:paraId="409C348D" w14:textId="77777777">
        <w:trPr>
          <w:cantSplit/>
          <w:trHeight w:val="283"/>
          <w:jc w:val="center"/>
        </w:trPr>
        <w:tc>
          <w:tcPr>
            <w:tcW w:w="78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0E6CF0E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7"/>
                <w:lang w:val="sv-SE"/>
              </w:rPr>
              <w:t>☐</w:t>
            </w:r>
            <w:r w:rsidRPr="000E636A">
              <w:rPr>
                <w:sz w:val="17"/>
                <w:lang w:val="sv-SE"/>
              </w:rPr>
              <w:t xml:space="preserve"> Material </w:t>
            </w:r>
            <w:proofErr w:type="spellStart"/>
            <w:r w:rsidRPr="000E636A">
              <w:rPr>
                <w:sz w:val="17"/>
                <w:lang w:val="sv-SE"/>
              </w:rPr>
              <w:t>väderskyddas</w:t>
            </w:r>
            <w:proofErr w:type="spellEnd"/>
            <w:r w:rsidRPr="000E636A">
              <w:rPr>
                <w:sz w:val="17"/>
                <w:lang w:val="sv-SE"/>
              </w:rPr>
              <w:t xml:space="preserve"> och skyddas mot skador</w:t>
            </w:r>
          </w:p>
        </w:tc>
        <w:tc>
          <w:tcPr>
            <w:tcW w:w="78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1A20B68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7"/>
                <w:lang w:val="sv-SE"/>
              </w:rPr>
              <w:t>☐</w:t>
            </w:r>
            <w:r w:rsidRPr="000E636A">
              <w:rPr>
                <w:sz w:val="17"/>
                <w:lang w:val="sv-SE"/>
              </w:rPr>
              <w:t xml:space="preserve"> Användbart spill och överskott sparas / återbrukas</w:t>
            </w:r>
          </w:p>
        </w:tc>
      </w:tr>
    </w:tbl>
    <w:p w14:paraId="4398DFAA" w14:textId="77777777" w:rsidR="00FB2EAC" w:rsidRPr="000E636A" w:rsidRDefault="00F74BD8">
      <w:pPr>
        <w:spacing w:before="80" w:after="46"/>
        <w:rPr>
          <w:lang w:val="sv-SE"/>
        </w:rPr>
      </w:pPr>
      <w:r w:rsidRPr="000E636A">
        <w:rPr>
          <w:b/>
          <w:sz w:val="22"/>
          <w:lang w:val="sv-SE"/>
        </w:rPr>
        <w:t>Förväntat avfall och planerad sortering</w:t>
      </w:r>
    </w:p>
    <w:p w14:paraId="5AC944EA" w14:textId="77777777" w:rsidR="00FB2EAC" w:rsidRDefault="00F74BD8">
      <w:pPr>
        <w:spacing w:after="60"/>
      </w:pPr>
      <w:r w:rsidRPr="000E636A">
        <w:rPr>
          <w:color w:val="414141"/>
          <w:sz w:val="16"/>
          <w:lang w:val="sv-SE"/>
        </w:rPr>
        <w:t xml:space="preserve">Markera de avfallsslag som förväntas uppstå och anpassa beskrivningen av hanteringen. </w:t>
      </w:r>
      <w:proofErr w:type="spellStart"/>
      <w:r>
        <w:rPr>
          <w:color w:val="414141"/>
          <w:sz w:val="16"/>
        </w:rPr>
        <w:t>Avfallet</w:t>
      </w:r>
      <w:proofErr w:type="spellEnd"/>
      <w:r>
        <w:rPr>
          <w:color w:val="414141"/>
          <w:sz w:val="16"/>
        </w:rPr>
        <w:t xml:space="preserve"> ska </w:t>
      </w:r>
      <w:proofErr w:type="spellStart"/>
      <w:r>
        <w:rPr>
          <w:color w:val="414141"/>
          <w:sz w:val="16"/>
        </w:rPr>
        <w:t>sorteras</w:t>
      </w:r>
      <w:proofErr w:type="spellEnd"/>
      <w:r>
        <w:rPr>
          <w:color w:val="414141"/>
          <w:sz w:val="16"/>
        </w:rPr>
        <w:t xml:space="preserve"> </w:t>
      </w:r>
      <w:proofErr w:type="spellStart"/>
      <w:r>
        <w:rPr>
          <w:color w:val="414141"/>
          <w:sz w:val="16"/>
        </w:rPr>
        <w:t>ut</w:t>
      </w:r>
      <w:proofErr w:type="spellEnd"/>
      <w:r>
        <w:rPr>
          <w:color w:val="414141"/>
          <w:sz w:val="16"/>
        </w:rPr>
        <w:t xml:space="preserve"> enligt tillämpliga avfallsregler.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9"/>
        <w:gridCol w:w="1417"/>
        <w:gridCol w:w="3515"/>
        <w:gridCol w:w="6236"/>
        <w:gridCol w:w="2494"/>
      </w:tblGrid>
      <w:tr w:rsidR="00FB2EAC" w14:paraId="1580F8F1" w14:textId="77777777">
        <w:trPr>
          <w:cantSplit/>
          <w:trHeight w:val="295"/>
          <w:tblHeader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C45911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6659BC6" w14:textId="77777777" w:rsidR="00FB2EAC" w:rsidRDefault="00F74BD8">
            <w:pPr>
              <w:spacing w:line="245" w:lineRule="auto"/>
            </w:pPr>
            <w:r>
              <w:rPr>
                <w:b/>
                <w:color w:val="FFFFFF"/>
                <w:sz w:val="17"/>
              </w:rPr>
              <w:t>Avfallsslag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315E1CF" w14:textId="77777777" w:rsidR="00FB2EAC" w:rsidRDefault="00F74BD8">
            <w:pPr>
              <w:spacing w:line="245" w:lineRule="auto"/>
            </w:pPr>
            <w:r>
              <w:rPr>
                <w:b/>
                <w:sz w:val="17"/>
              </w:rPr>
              <w:t>Uppstår?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98484CF" w14:textId="77777777" w:rsidR="00FB2EAC" w:rsidRDefault="00F74BD8">
            <w:pPr>
              <w:spacing w:line="245" w:lineRule="auto"/>
            </w:pPr>
            <w:r>
              <w:rPr>
                <w:b/>
                <w:sz w:val="17"/>
              </w:rPr>
              <w:t>Exempel på material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BE7E566" w14:textId="77777777" w:rsidR="00FB2EAC" w:rsidRDefault="00F74BD8">
            <w:pPr>
              <w:spacing w:line="245" w:lineRule="auto"/>
            </w:pPr>
            <w:r>
              <w:rPr>
                <w:b/>
                <w:sz w:val="17"/>
              </w:rPr>
              <w:t>Planerad sortering / hantering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A58389F" w14:textId="77777777" w:rsidR="00FB2EAC" w:rsidRDefault="00F74BD8">
            <w:pPr>
              <w:spacing w:line="245" w:lineRule="auto"/>
            </w:pPr>
            <w:r>
              <w:rPr>
                <w:b/>
                <w:sz w:val="17"/>
              </w:rPr>
              <w:t>Ansvarig</w:t>
            </w:r>
          </w:p>
        </w:tc>
      </w:tr>
      <w:tr w:rsidR="00FB2EAC" w:rsidRPr="000E636A" w14:paraId="7A48DA2E" w14:textId="77777777">
        <w:trPr>
          <w:cantSplit/>
          <w:trHeight w:val="306"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FDAEC7A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Trä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CAEBD44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Ja   ☐ Nej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69FB557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Regelspill, träpanel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7FCAA11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Sorteras separat för lämplig återvinning.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3151163" w14:textId="77777777" w:rsidR="00FB2EAC" w:rsidRPr="000E636A" w:rsidRDefault="00FB2EAC">
            <w:pPr>
              <w:spacing w:line="245" w:lineRule="auto"/>
              <w:rPr>
                <w:lang w:val="sv-SE"/>
              </w:rPr>
            </w:pPr>
          </w:p>
        </w:tc>
      </w:tr>
      <w:tr w:rsidR="00FB2EAC" w:rsidRPr="000E636A" w14:paraId="62288A53" w14:textId="77777777">
        <w:trPr>
          <w:cantSplit/>
          <w:trHeight w:val="306"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7E70108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sz w:val="16"/>
              </w:rPr>
              <w:t>Mineraliskt</w:t>
            </w:r>
            <w:proofErr w:type="spellEnd"/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41F8684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Ja   ☐ Nej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8786465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Betong, tegel, kakel, sten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DB06CDB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Sorteras separat från övrigt byggavfall.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44CD232" w14:textId="77777777" w:rsidR="00FB2EAC" w:rsidRPr="000E636A" w:rsidRDefault="00FB2EAC">
            <w:pPr>
              <w:spacing w:line="245" w:lineRule="auto"/>
              <w:rPr>
                <w:lang w:val="sv-SE"/>
              </w:rPr>
            </w:pPr>
          </w:p>
        </w:tc>
      </w:tr>
      <w:tr w:rsidR="00FB2EAC" w14:paraId="4E5387EC" w14:textId="77777777">
        <w:trPr>
          <w:cantSplit/>
          <w:trHeight w:val="306"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84F7AE7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Metall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C2AC736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Ja   ☐ Nej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0292D8D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Armering, beslag, plåt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6C51FE9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Sorteras separat för materialåtervinning.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3661580" w14:textId="77777777" w:rsidR="00FB2EAC" w:rsidRDefault="00FB2EAC">
            <w:pPr>
              <w:spacing w:line="245" w:lineRule="auto"/>
            </w:pPr>
          </w:p>
        </w:tc>
      </w:tr>
      <w:tr w:rsidR="00FB2EAC" w:rsidRPr="000E636A" w14:paraId="2EEDCD0F" w14:textId="77777777">
        <w:trPr>
          <w:cantSplit/>
          <w:trHeight w:val="306"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59239F4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Glas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5C641F3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Ja   ☐ Nej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1DCC7F1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Fönsterglas, glasspill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DEF3906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Sorteras separat till lämplig mottagare.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D6B782A" w14:textId="77777777" w:rsidR="00FB2EAC" w:rsidRPr="000E636A" w:rsidRDefault="00FB2EAC">
            <w:pPr>
              <w:spacing w:line="245" w:lineRule="auto"/>
              <w:rPr>
                <w:lang w:val="sv-SE"/>
              </w:rPr>
            </w:pPr>
          </w:p>
        </w:tc>
      </w:tr>
      <w:tr w:rsidR="00FB2EAC" w:rsidRPr="000E636A" w14:paraId="038850FF" w14:textId="77777777">
        <w:trPr>
          <w:cantSplit/>
          <w:trHeight w:val="306"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3E07E34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Plast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6569538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Ja   ☐ Nej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2A7306D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Rörspill, byggplast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2F9B073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Sorteras separat för lämplig återvinning.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FF2E000" w14:textId="77777777" w:rsidR="00FB2EAC" w:rsidRPr="000E636A" w:rsidRDefault="00FB2EAC">
            <w:pPr>
              <w:spacing w:line="245" w:lineRule="auto"/>
              <w:rPr>
                <w:lang w:val="sv-SE"/>
              </w:rPr>
            </w:pPr>
          </w:p>
        </w:tc>
      </w:tr>
      <w:tr w:rsidR="00FB2EAC" w:rsidRPr="000E636A" w14:paraId="23DE4DF9" w14:textId="77777777">
        <w:trPr>
          <w:cantSplit/>
          <w:trHeight w:val="306"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F97F6D1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sz w:val="16"/>
              </w:rPr>
              <w:t>Gips</w:t>
            </w:r>
            <w:proofErr w:type="spellEnd"/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3E481E6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Ja   ☐ Nej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0582375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Gipsskivespill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054FD3F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Förvaras skilt från annat avfall och skyddas mot fukt.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7842722" w14:textId="77777777" w:rsidR="00FB2EAC" w:rsidRPr="000E636A" w:rsidRDefault="00FB2EAC">
            <w:pPr>
              <w:spacing w:line="245" w:lineRule="auto"/>
              <w:rPr>
                <w:lang w:val="sv-SE"/>
              </w:rPr>
            </w:pPr>
          </w:p>
        </w:tc>
      </w:tr>
      <w:tr w:rsidR="00FB2EAC" w:rsidRPr="000E636A" w14:paraId="6941DC78" w14:textId="77777777">
        <w:trPr>
          <w:cantSplit/>
          <w:trHeight w:val="306"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261FE6F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sz w:val="16"/>
              </w:rPr>
              <w:t>Förpackningar</w:t>
            </w:r>
            <w:proofErr w:type="spellEnd"/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46AABE9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Ja   ☐ Nej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B51DD57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Kartong, plast, metall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EA52852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Sorteras enligt reglerna för förpackningsavfall.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108CA33" w14:textId="77777777" w:rsidR="00FB2EAC" w:rsidRPr="000E636A" w:rsidRDefault="00FB2EAC">
            <w:pPr>
              <w:spacing w:line="245" w:lineRule="auto"/>
              <w:rPr>
                <w:lang w:val="sv-SE"/>
              </w:rPr>
            </w:pPr>
          </w:p>
        </w:tc>
      </w:tr>
      <w:tr w:rsidR="00FB2EAC" w14:paraId="722D4964" w14:textId="77777777">
        <w:trPr>
          <w:cantSplit/>
          <w:trHeight w:val="306"/>
          <w:jc w:val="center"/>
        </w:trPr>
        <w:tc>
          <w:tcPr>
            <w:tcW w:w="20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EB3CE8C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sz w:val="16"/>
              </w:rPr>
              <w:t>Farligt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avfall</w:t>
            </w:r>
            <w:proofErr w:type="spellEnd"/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3079A5C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Ja   ☐ Nej</w:t>
            </w:r>
          </w:p>
        </w:tc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5B9C2E5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proofErr w:type="gramStart"/>
            <w:r w:rsidRPr="000E636A">
              <w:rPr>
                <w:sz w:val="16"/>
                <w:lang w:val="sv-SE"/>
              </w:rPr>
              <w:t>T.ex.</w:t>
            </w:r>
            <w:proofErr w:type="gramEnd"/>
            <w:r w:rsidRPr="000E636A">
              <w:rPr>
                <w:sz w:val="16"/>
                <w:lang w:val="sv-SE"/>
              </w:rPr>
              <w:t xml:space="preserve"> färg-/limrester, kemikalier</w:t>
            </w:r>
          </w:p>
        </w:tc>
        <w:tc>
          <w:tcPr>
            <w:tcW w:w="62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2768E41" w14:textId="77777777" w:rsidR="00FB2EAC" w:rsidRDefault="00F74BD8">
            <w:pPr>
              <w:spacing w:line="245" w:lineRule="auto"/>
            </w:pPr>
            <w:r w:rsidRPr="000E636A">
              <w:rPr>
                <w:sz w:val="16"/>
                <w:lang w:val="sv-SE"/>
              </w:rPr>
              <w:t xml:space="preserve">Hålls skilt från annat avfall. </w:t>
            </w:r>
            <w:proofErr w:type="spellStart"/>
            <w:r>
              <w:rPr>
                <w:sz w:val="16"/>
              </w:rPr>
              <w:t>Lämnas</w:t>
            </w:r>
            <w:proofErr w:type="spellEnd"/>
            <w:r>
              <w:rPr>
                <w:sz w:val="16"/>
              </w:rPr>
              <w:t xml:space="preserve"> till </w:t>
            </w:r>
            <w:proofErr w:type="spellStart"/>
            <w:r>
              <w:rPr>
                <w:sz w:val="16"/>
              </w:rPr>
              <w:t>behörig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mottagare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AFAFA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93C1CE4" w14:textId="77777777" w:rsidR="00FB2EAC" w:rsidRDefault="00FB2EAC">
            <w:pPr>
              <w:spacing w:line="245" w:lineRule="auto"/>
            </w:pPr>
          </w:p>
        </w:tc>
      </w:tr>
    </w:tbl>
    <w:p w14:paraId="4E65771D" w14:textId="77777777" w:rsidR="00FB2EAC" w:rsidRDefault="00F74BD8">
      <w:pPr>
        <w:pageBreakBefore/>
        <w:spacing w:after="40"/>
      </w:pPr>
      <w:r>
        <w:rPr>
          <w:b/>
          <w:sz w:val="29"/>
        </w:rPr>
        <w:lastRenderedPageBreak/>
        <w:t>Avfallshanteringsplan – genomförande och uppföljning</w:t>
      </w:r>
    </w:p>
    <w:p w14:paraId="406529DA" w14:textId="77777777" w:rsidR="00FB2EAC" w:rsidRDefault="00F74BD8" w:rsidP="000E636A">
      <w:pPr>
        <w:spacing w:before="40" w:after="46"/>
      </w:pPr>
      <w:proofErr w:type="spellStart"/>
      <w:r>
        <w:rPr>
          <w:b/>
          <w:sz w:val="22"/>
        </w:rPr>
        <w:t>Hantering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på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byggarbetsplatsen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11650"/>
      </w:tblGrid>
      <w:tr w:rsidR="00FB2EAC" w:rsidRPr="000E636A" w14:paraId="3F5E6BEA" w14:textId="77777777" w:rsidTr="000E636A">
        <w:trPr>
          <w:cantSplit/>
          <w:trHeight w:val="322"/>
          <w:jc w:val="center"/>
        </w:trPr>
        <w:tc>
          <w:tcPr>
            <w:tcW w:w="40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4037713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sz w:val="17"/>
              </w:rPr>
              <w:t>Sorteringsplats</w:t>
            </w:r>
            <w:proofErr w:type="spellEnd"/>
            <w:r>
              <w:rPr>
                <w:b/>
                <w:sz w:val="17"/>
              </w:rPr>
              <w:t xml:space="preserve"> och </w:t>
            </w:r>
            <w:proofErr w:type="spellStart"/>
            <w:r>
              <w:rPr>
                <w:b/>
                <w:sz w:val="17"/>
              </w:rPr>
              <w:t>förvaring</w:t>
            </w:r>
            <w:proofErr w:type="spellEnd"/>
          </w:p>
        </w:tc>
        <w:tc>
          <w:tcPr>
            <w:tcW w:w="11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3FBD671" w14:textId="3BD09E1D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7"/>
                <w:lang w:val="sv-SE"/>
              </w:rPr>
              <w:t xml:space="preserve">Behållare, säckar och/eller containrar placeras: </w:t>
            </w:r>
          </w:p>
        </w:tc>
      </w:tr>
      <w:tr w:rsidR="00FB2EAC" w:rsidRPr="000E636A" w14:paraId="2703350F" w14:textId="77777777" w:rsidTr="000E636A">
        <w:trPr>
          <w:cantSplit/>
          <w:trHeight w:val="385"/>
          <w:jc w:val="center"/>
        </w:trPr>
        <w:tc>
          <w:tcPr>
            <w:tcW w:w="40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45ED90F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sz w:val="17"/>
              </w:rPr>
              <w:t>Avfallstransport</w:t>
            </w:r>
            <w:proofErr w:type="spellEnd"/>
            <w:r>
              <w:rPr>
                <w:b/>
                <w:sz w:val="17"/>
              </w:rPr>
              <w:t xml:space="preserve"> och </w:t>
            </w:r>
            <w:proofErr w:type="spellStart"/>
            <w:r>
              <w:rPr>
                <w:b/>
                <w:sz w:val="17"/>
              </w:rPr>
              <w:t>mottagare</w:t>
            </w:r>
            <w:proofErr w:type="spellEnd"/>
          </w:p>
        </w:tc>
        <w:tc>
          <w:tcPr>
            <w:tcW w:w="11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5B9E140" w14:textId="4D4E85CB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7"/>
                <w:lang w:val="sv-SE"/>
              </w:rPr>
              <w:t>Ange entreprenör eller mottagningsplats / hur borttransport ordnas:</w:t>
            </w:r>
          </w:p>
        </w:tc>
      </w:tr>
      <w:tr w:rsidR="00FB2EAC" w14:paraId="58ED3CE8" w14:textId="77777777" w:rsidTr="000E636A">
        <w:trPr>
          <w:cantSplit/>
          <w:trHeight w:val="407"/>
          <w:jc w:val="center"/>
        </w:trPr>
        <w:tc>
          <w:tcPr>
            <w:tcW w:w="40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1174E00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sz w:val="17"/>
              </w:rPr>
              <w:t>Farligt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avfall</w:t>
            </w:r>
            <w:proofErr w:type="spellEnd"/>
          </w:p>
        </w:tc>
        <w:tc>
          <w:tcPr>
            <w:tcW w:w="11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6182FC4" w14:textId="586F8C9E" w:rsidR="00FB2EAC" w:rsidRDefault="00F74BD8">
            <w:pPr>
              <w:spacing w:line="245" w:lineRule="auto"/>
            </w:pPr>
            <w:r w:rsidRPr="000E636A">
              <w:rPr>
                <w:sz w:val="17"/>
                <w:lang w:val="sv-SE"/>
              </w:rPr>
              <w:t>☐</w:t>
            </w:r>
            <w:r w:rsidRPr="000E636A">
              <w:rPr>
                <w:sz w:val="17"/>
                <w:lang w:val="sv-SE"/>
              </w:rPr>
              <w:t xml:space="preserve"> Inget identifierat   ☐ Kan uppstå   ☐ Behöver undersökas. </w:t>
            </w:r>
            <w:proofErr w:type="spellStart"/>
            <w:r>
              <w:rPr>
                <w:sz w:val="17"/>
              </w:rPr>
              <w:t>Beskriv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säker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förvaring</w:t>
            </w:r>
            <w:proofErr w:type="spellEnd"/>
            <w:r>
              <w:rPr>
                <w:sz w:val="17"/>
              </w:rPr>
              <w:t>:</w:t>
            </w:r>
          </w:p>
        </w:tc>
      </w:tr>
      <w:tr w:rsidR="00FB2EAC" w14:paraId="0D1206DC" w14:textId="77777777" w:rsidTr="000E636A">
        <w:trPr>
          <w:cantSplit/>
          <w:trHeight w:val="260"/>
          <w:jc w:val="center"/>
        </w:trPr>
        <w:tc>
          <w:tcPr>
            <w:tcW w:w="40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0466DCB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sz w:val="17"/>
              </w:rPr>
              <w:t>Demontering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övrigt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avfall</w:t>
            </w:r>
            <w:proofErr w:type="spellEnd"/>
          </w:p>
        </w:tc>
        <w:tc>
          <w:tcPr>
            <w:tcW w:w="11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8EED299" w14:textId="4A727B5D" w:rsidR="00FB2EAC" w:rsidRDefault="00F74BD8">
            <w:pPr>
              <w:spacing w:line="245" w:lineRule="auto"/>
            </w:pPr>
            <w:r w:rsidRPr="000E636A">
              <w:rPr>
                <w:sz w:val="17"/>
                <w:lang w:val="sv-SE"/>
              </w:rPr>
              <w:t>☐</w:t>
            </w:r>
            <w:r w:rsidRPr="000E636A">
              <w:rPr>
                <w:sz w:val="17"/>
                <w:lang w:val="sv-SE"/>
              </w:rPr>
              <w:t xml:space="preserve"> Ingen demontering   ☐ Återbruk enligt sida 1. </w:t>
            </w:r>
            <w:proofErr w:type="spellStart"/>
            <w:r>
              <w:rPr>
                <w:sz w:val="17"/>
              </w:rPr>
              <w:t>Övrigt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avfall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eller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inventering</w:t>
            </w:r>
            <w:proofErr w:type="spellEnd"/>
            <w:r>
              <w:rPr>
                <w:sz w:val="17"/>
              </w:rPr>
              <w:t>:</w:t>
            </w:r>
          </w:p>
        </w:tc>
      </w:tr>
    </w:tbl>
    <w:p w14:paraId="079DE025" w14:textId="77777777" w:rsidR="00FB2EAC" w:rsidRDefault="00F74BD8">
      <w:pPr>
        <w:spacing w:before="80" w:after="46"/>
      </w:pPr>
      <w:proofErr w:type="spellStart"/>
      <w:r>
        <w:rPr>
          <w:b/>
          <w:sz w:val="22"/>
        </w:rPr>
        <w:t>Kontroller</w:t>
      </w:r>
      <w:proofErr w:type="spellEnd"/>
      <w:r>
        <w:rPr>
          <w:b/>
          <w:sz w:val="22"/>
        </w:rPr>
        <w:t xml:space="preserve"> av </w:t>
      </w:r>
      <w:proofErr w:type="spellStart"/>
      <w:r>
        <w:rPr>
          <w:b/>
          <w:sz w:val="22"/>
        </w:rPr>
        <w:t>avfallshanteringen</w:t>
      </w:r>
      <w:proofErr w:type="spellEnd"/>
    </w:p>
    <w:p w14:paraId="4EACA416" w14:textId="77777777" w:rsidR="00FB2EAC" w:rsidRPr="000E636A" w:rsidRDefault="00F74BD8">
      <w:pPr>
        <w:spacing w:after="60"/>
        <w:rPr>
          <w:lang w:val="sv-SE"/>
        </w:rPr>
      </w:pPr>
      <w:r w:rsidRPr="000E636A">
        <w:rPr>
          <w:color w:val="414141"/>
          <w:sz w:val="16"/>
          <w:lang w:val="sv-SE"/>
        </w:rPr>
        <w:t>Kontrollerna nedan är exempel. Anpassa vem som kontrollerar, hur kontrollen utförs och hur den dokumenteras i det aktuella projektet.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1701"/>
        <w:gridCol w:w="2494"/>
        <w:gridCol w:w="2409"/>
        <w:gridCol w:w="2494"/>
        <w:gridCol w:w="1559"/>
        <w:gridCol w:w="935"/>
        <w:gridCol w:w="1077"/>
      </w:tblGrid>
      <w:tr w:rsidR="00FB2EAC" w14:paraId="60C0D521" w14:textId="77777777" w:rsidTr="000E636A">
        <w:trPr>
          <w:cantSplit/>
          <w:trHeight w:val="381"/>
          <w:tblHeader/>
          <w:jc w:val="center"/>
        </w:trPr>
        <w:tc>
          <w:tcPr>
            <w:tcW w:w="30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C45911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01FC61E" w14:textId="77777777" w:rsidR="00FB2EAC" w:rsidRDefault="00F74BD8">
            <w:pPr>
              <w:spacing w:line="245" w:lineRule="auto"/>
            </w:pPr>
            <w:proofErr w:type="spellStart"/>
            <w:r>
              <w:rPr>
                <w:b/>
                <w:color w:val="FFFFFF"/>
                <w:sz w:val="16"/>
              </w:rPr>
              <w:t>Kontrollen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avser</w:t>
            </w:r>
            <w:proofErr w:type="spellEnd"/>
            <w:r>
              <w:rPr>
                <w:color w:val="FFFFFF"/>
                <w:sz w:val="16"/>
              </w:rPr>
              <w:br/>
              <w:t>(VAD?)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E005CD7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Kontrollant</w:t>
            </w:r>
            <w:r>
              <w:rPr>
                <w:sz w:val="16"/>
              </w:rPr>
              <w:br/>
              <w:t>(VEM?)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EF68C2F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Kontrollerad mot</w:t>
            </w:r>
            <w:r>
              <w:rPr>
                <w:sz w:val="16"/>
              </w:rPr>
              <w:br/>
              <w:t>(MOT VAD?)</w:t>
            </w:r>
          </w:p>
        </w:tc>
        <w:tc>
          <w:tcPr>
            <w:tcW w:w="24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36CA616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Typ av kontroll</w:t>
            </w:r>
            <w:r>
              <w:rPr>
                <w:sz w:val="16"/>
              </w:rPr>
              <w:br/>
              <w:t>(HUR?)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A2C90FB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Hur dokumenteras kontrollen?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AC2B1BF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När ska kontroll utföras?</w:t>
            </w:r>
          </w:p>
        </w:tc>
        <w:tc>
          <w:tcPr>
            <w:tcW w:w="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CAAC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A29A794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w="10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9"/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B0EC5A3" w14:textId="77777777" w:rsidR="00FB2EAC" w:rsidRDefault="00F74BD8">
            <w:pPr>
              <w:spacing w:line="245" w:lineRule="auto"/>
            </w:pPr>
            <w:r>
              <w:rPr>
                <w:b/>
                <w:sz w:val="16"/>
              </w:rPr>
              <w:t>Signatur</w:t>
            </w:r>
          </w:p>
        </w:tc>
      </w:tr>
      <w:tr w:rsidR="00FB2EAC" w14:paraId="43BDB09F" w14:textId="77777777">
        <w:trPr>
          <w:cantSplit/>
          <w:trHeight w:val="590"/>
          <w:jc w:val="center"/>
        </w:trPr>
        <w:tc>
          <w:tcPr>
            <w:tcW w:w="30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0BD47CD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Ordning för sortering finns vid byggstart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8786421" w14:textId="77777777" w:rsidR="00FB2EAC" w:rsidRDefault="00F74BD8">
            <w:pPr>
              <w:spacing w:line="245" w:lineRule="auto"/>
            </w:pPr>
            <w:proofErr w:type="spellStart"/>
            <w:r>
              <w:rPr>
                <w:sz w:val="16"/>
              </w:rPr>
              <w:t>Avfallsansvarig</w:t>
            </w:r>
            <w:proofErr w:type="spellEnd"/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DA62BF8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Avfallshanteringsplan</w:t>
            </w:r>
          </w:p>
        </w:tc>
        <w:tc>
          <w:tcPr>
            <w:tcW w:w="24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AF184BE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Okulär kontroll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E7E109D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Foto eller notering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5503B96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Vid byggstart</w:t>
            </w:r>
          </w:p>
        </w:tc>
        <w:tc>
          <w:tcPr>
            <w:tcW w:w="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20AE0B5" w14:textId="77777777" w:rsidR="00FB2EAC" w:rsidRDefault="00FB2EAC">
            <w:pPr>
              <w:spacing w:line="245" w:lineRule="auto"/>
            </w:pPr>
          </w:p>
        </w:tc>
        <w:tc>
          <w:tcPr>
            <w:tcW w:w="10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165B32EF" w14:textId="77777777" w:rsidR="00FB2EAC" w:rsidRDefault="00FB2EAC">
            <w:pPr>
              <w:spacing w:line="245" w:lineRule="auto"/>
            </w:pPr>
          </w:p>
        </w:tc>
      </w:tr>
      <w:tr w:rsidR="00FB2EAC" w14:paraId="5D4D2DEB" w14:textId="77777777">
        <w:trPr>
          <w:cantSplit/>
          <w:trHeight w:val="590"/>
          <w:jc w:val="center"/>
        </w:trPr>
        <w:tc>
          <w:tcPr>
            <w:tcW w:w="30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F2DADA2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proofErr w:type="spellStart"/>
            <w:r w:rsidRPr="000E636A">
              <w:rPr>
                <w:sz w:val="16"/>
                <w:lang w:val="sv-SE"/>
              </w:rPr>
              <w:t>Återbrukbart</w:t>
            </w:r>
            <w:proofErr w:type="spellEnd"/>
            <w:r w:rsidRPr="000E636A">
              <w:rPr>
                <w:sz w:val="16"/>
                <w:lang w:val="sv-SE"/>
              </w:rPr>
              <w:t xml:space="preserve"> material tas om hand (om aktuellt)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66B12F0" w14:textId="77777777" w:rsidR="00FB2EAC" w:rsidRDefault="00F74BD8">
            <w:pPr>
              <w:spacing w:line="245" w:lineRule="auto"/>
            </w:pPr>
            <w:proofErr w:type="spellStart"/>
            <w:r>
              <w:rPr>
                <w:sz w:val="16"/>
              </w:rPr>
              <w:t>Avfallsansvarig</w:t>
            </w:r>
            <w:proofErr w:type="spellEnd"/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4C28165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Återbrukstabellen, sida 1</w:t>
            </w:r>
          </w:p>
        </w:tc>
        <w:tc>
          <w:tcPr>
            <w:tcW w:w="24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4EAAB13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Okulär kontroll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9B1D843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Foto / notering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6C24C72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Vid demontering och löpande</w:t>
            </w:r>
          </w:p>
        </w:tc>
        <w:tc>
          <w:tcPr>
            <w:tcW w:w="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6FB7D8C" w14:textId="77777777" w:rsidR="00FB2EAC" w:rsidRDefault="00FB2EAC">
            <w:pPr>
              <w:spacing w:line="245" w:lineRule="auto"/>
            </w:pPr>
          </w:p>
        </w:tc>
        <w:tc>
          <w:tcPr>
            <w:tcW w:w="10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90C05F3" w14:textId="77777777" w:rsidR="00FB2EAC" w:rsidRDefault="00FB2EAC">
            <w:pPr>
              <w:spacing w:line="245" w:lineRule="auto"/>
            </w:pPr>
          </w:p>
        </w:tc>
      </w:tr>
      <w:tr w:rsidR="00FB2EAC" w14:paraId="412EC4A5" w14:textId="77777777">
        <w:trPr>
          <w:cantSplit/>
          <w:trHeight w:val="590"/>
          <w:jc w:val="center"/>
        </w:trPr>
        <w:tc>
          <w:tcPr>
            <w:tcW w:w="30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4E766E9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Byggavfall sorteras i relevanta fraktioner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C63F0FA" w14:textId="77777777" w:rsidR="00FB2EAC" w:rsidRDefault="00F74BD8">
            <w:pPr>
              <w:spacing w:line="245" w:lineRule="auto"/>
            </w:pPr>
            <w:proofErr w:type="spellStart"/>
            <w:r>
              <w:rPr>
                <w:sz w:val="16"/>
              </w:rPr>
              <w:t>Avfallsansvarig</w:t>
            </w:r>
            <w:proofErr w:type="spellEnd"/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1209C3B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Avfallsplan, avfallsförordningen</w:t>
            </w:r>
          </w:p>
        </w:tc>
        <w:tc>
          <w:tcPr>
            <w:tcW w:w="24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B16758C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Okulär kontroll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7A86E33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Foto / notering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3987B8F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Löpande</w:t>
            </w:r>
          </w:p>
        </w:tc>
        <w:tc>
          <w:tcPr>
            <w:tcW w:w="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BC8FF68" w14:textId="77777777" w:rsidR="00FB2EAC" w:rsidRDefault="00FB2EAC">
            <w:pPr>
              <w:spacing w:line="245" w:lineRule="auto"/>
            </w:pPr>
          </w:p>
        </w:tc>
        <w:tc>
          <w:tcPr>
            <w:tcW w:w="10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8FB0655" w14:textId="77777777" w:rsidR="00FB2EAC" w:rsidRDefault="00FB2EAC">
            <w:pPr>
              <w:spacing w:line="245" w:lineRule="auto"/>
            </w:pPr>
          </w:p>
        </w:tc>
      </w:tr>
      <w:tr w:rsidR="00FB2EAC" w14:paraId="613418F3" w14:textId="77777777">
        <w:trPr>
          <w:cantSplit/>
          <w:trHeight w:val="590"/>
          <w:jc w:val="center"/>
        </w:trPr>
        <w:tc>
          <w:tcPr>
            <w:tcW w:w="30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A3AB8A5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Farligt avfall hålls separat och lämnas rätt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9CA6F73" w14:textId="77777777" w:rsidR="00FB2EAC" w:rsidRDefault="00F74BD8">
            <w:pPr>
              <w:spacing w:line="245" w:lineRule="auto"/>
            </w:pPr>
            <w:proofErr w:type="spellStart"/>
            <w:r>
              <w:rPr>
                <w:sz w:val="16"/>
              </w:rPr>
              <w:t>Avfallsansvarig</w:t>
            </w:r>
            <w:proofErr w:type="spellEnd"/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62282FD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Planerad hantering, avfallsregler</w:t>
            </w:r>
          </w:p>
        </w:tc>
        <w:tc>
          <w:tcPr>
            <w:tcW w:w="24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508199F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Okulär kontroll / underlag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2CBD050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Kvitto / foto vid behov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00367F3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Löpande och vid borttransport</w:t>
            </w:r>
          </w:p>
        </w:tc>
        <w:tc>
          <w:tcPr>
            <w:tcW w:w="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DB7BBC8" w14:textId="77777777" w:rsidR="00FB2EAC" w:rsidRDefault="00FB2EAC">
            <w:pPr>
              <w:spacing w:line="245" w:lineRule="auto"/>
            </w:pPr>
          </w:p>
        </w:tc>
        <w:tc>
          <w:tcPr>
            <w:tcW w:w="10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CABADB6" w14:textId="77777777" w:rsidR="00FB2EAC" w:rsidRDefault="00FB2EAC">
            <w:pPr>
              <w:spacing w:line="245" w:lineRule="auto"/>
            </w:pPr>
          </w:p>
        </w:tc>
      </w:tr>
      <w:tr w:rsidR="00FB2EAC" w14:paraId="405579CF" w14:textId="77777777">
        <w:trPr>
          <w:cantSplit/>
          <w:trHeight w:val="590"/>
          <w:jc w:val="center"/>
        </w:trPr>
        <w:tc>
          <w:tcPr>
            <w:tcW w:w="30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26AE099B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6"/>
                <w:lang w:val="sv-SE"/>
              </w:rPr>
              <w:t>Avfall lämnas till lämplig mottagare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7DB3454A" w14:textId="77777777" w:rsidR="00FB2EAC" w:rsidRDefault="00F74BD8">
            <w:pPr>
              <w:spacing w:line="245" w:lineRule="auto"/>
            </w:pPr>
            <w:proofErr w:type="spellStart"/>
            <w:r>
              <w:rPr>
                <w:sz w:val="16"/>
              </w:rPr>
              <w:t>Byggherre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avfallsansvarig</w:t>
            </w:r>
            <w:proofErr w:type="spellEnd"/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1761ABF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Avfallshanteringsplan</w:t>
            </w:r>
          </w:p>
        </w:tc>
        <w:tc>
          <w:tcPr>
            <w:tcW w:w="24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AECFCC3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Kontroll av underlag</w:t>
            </w:r>
          </w:p>
        </w:tc>
        <w:tc>
          <w:tcPr>
            <w:tcW w:w="24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0A9837B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Mottagningsuppgifter / kvitton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225D9D4" w14:textId="77777777" w:rsidR="00FB2EAC" w:rsidRDefault="00F74BD8">
            <w:pPr>
              <w:spacing w:line="245" w:lineRule="auto"/>
            </w:pPr>
            <w:r>
              <w:rPr>
                <w:sz w:val="16"/>
              </w:rPr>
              <w:t>Vid projektets avslut</w:t>
            </w:r>
          </w:p>
        </w:tc>
        <w:tc>
          <w:tcPr>
            <w:tcW w:w="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122732E" w14:textId="77777777" w:rsidR="00FB2EAC" w:rsidRDefault="00FB2EAC">
            <w:pPr>
              <w:spacing w:line="245" w:lineRule="auto"/>
            </w:pPr>
          </w:p>
        </w:tc>
        <w:tc>
          <w:tcPr>
            <w:tcW w:w="10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1A98B65" w14:textId="77777777" w:rsidR="00FB2EAC" w:rsidRDefault="00FB2EAC">
            <w:pPr>
              <w:spacing w:line="245" w:lineRule="auto"/>
            </w:pPr>
          </w:p>
        </w:tc>
      </w:tr>
    </w:tbl>
    <w:p w14:paraId="2A2EC50E" w14:textId="77777777" w:rsidR="00FB2EAC" w:rsidRDefault="00F74BD8">
      <w:pPr>
        <w:spacing w:before="80" w:after="46"/>
      </w:pPr>
      <w:r>
        <w:rPr>
          <w:b/>
          <w:sz w:val="22"/>
        </w:rPr>
        <w:t>Avvikelser och ändringar under byggtiden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732"/>
      </w:tblGrid>
      <w:tr w:rsidR="00FB2EAC" w14:paraId="4597B098" w14:textId="77777777">
        <w:trPr>
          <w:cantSplit/>
          <w:trHeight w:val="351"/>
          <w:jc w:val="center"/>
        </w:trPr>
        <w:tc>
          <w:tcPr>
            <w:tcW w:w="15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5F4A6F2B" w14:textId="77777777" w:rsidR="00FB2EAC" w:rsidRDefault="00FB2EAC">
            <w:pPr>
              <w:spacing w:line="245" w:lineRule="auto"/>
            </w:pPr>
          </w:p>
        </w:tc>
      </w:tr>
      <w:tr w:rsidR="00FB2EAC" w14:paraId="30772F10" w14:textId="77777777">
        <w:trPr>
          <w:cantSplit/>
          <w:trHeight w:val="351"/>
          <w:jc w:val="center"/>
        </w:trPr>
        <w:tc>
          <w:tcPr>
            <w:tcW w:w="15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75E873D" w14:textId="77777777" w:rsidR="00FB2EAC" w:rsidRDefault="00FB2EAC">
            <w:pPr>
              <w:spacing w:line="245" w:lineRule="auto"/>
            </w:pPr>
          </w:p>
        </w:tc>
      </w:tr>
    </w:tbl>
    <w:p w14:paraId="675554F9" w14:textId="77777777" w:rsidR="00FB2EAC" w:rsidRDefault="00F74BD8">
      <w:pPr>
        <w:spacing w:before="80" w:after="46"/>
      </w:pPr>
      <w:r>
        <w:rPr>
          <w:b/>
          <w:sz w:val="22"/>
        </w:rPr>
        <w:t>Avslutande uppföljning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  <w:gridCol w:w="5244"/>
      </w:tblGrid>
      <w:tr w:rsidR="00FB2EAC" w14:paraId="5D4D0725" w14:textId="77777777">
        <w:trPr>
          <w:cantSplit/>
          <w:trHeight w:val="369"/>
          <w:jc w:val="center"/>
        </w:trPr>
        <w:tc>
          <w:tcPr>
            <w:tcW w:w="10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4FA9BE54" w14:textId="77777777" w:rsidR="00FB2EAC" w:rsidRPr="000E636A" w:rsidRDefault="00F74BD8">
            <w:pPr>
              <w:spacing w:line="245" w:lineRule="auto"/>
              <w:rPr>
                <w:lang w:val="sv-SE"/>
              </w:rPr>
            </w:pPr>
            <w:r w:rsidRPr="000E636A">
              <w:rPr>
                <w:sz w:val="17"/>
                <w:lang w:val="sv-SE"/>
              </w:rPr>
              <w:t>☐</w:t>
            </w:r>
            <w:r w:rsidRPr="000E636A">
              <w:rPr>
                <w:sz w:val="17"/>
                <w:lang w:val="sv-SE"/>
              </w:rPr>
              <w:t xml:space="preserve"> Avfallshanteringen har följts enligt planen     ☐ Avvikelser / ändringar har dokumenterats</w:t>
            </w:r>
          </w:p>
        </w:tc>
        <w:tc>
          <w:tcPr>
            <w:tcW w:w="52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3DF78F9B" w14:textId="77777777" w:rsidR="00FB2EAC" w:rsidRDefault="00F74BD8">
            <w:pPr>
              <w:spacing w:line="245" w:lineRule="auto"/>
            </w:pPr>
            <w:proofErr w:type="spellStart"/>
            <w:r>
              <w:rPr>
                <w:sz w:val="17"/>
              </w:rPr>
              <w:t>Underlag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sparas</w:t>
            </w:r>
            <w:proofErr w:type="spellEnd"/>
            <w:r>
              <w:rPr>
                <w:sz w:val="17"/>
              </w:rPr>
              <w:t xml:space="preserve"> hos </w:t>
            </w:r>
            <w:proofErr w:type="spellStart"/>
            <w:r>
              <w:rPr>
                <w:sz w:val="17"/>
              </w:rPr>
              <w:t>byggherren</w:t>
            </w:r>
            <w:proofErr w:type="spellEnd"/>
          </w:p>
        </w:tc>
      </w:tr>
      <w:tr w:rsidR="00FB2EAC" w14:paraId="02960F6C" w14:textId="77777777" w:rsidTr="000E636A">
        <w:trPr>
          <w:cantSplit/>
          <w:trHeight w:val="430"/>
          <w:jc w:val="center"/>
        </w:trPr>
        <w:tc>
          <w:tcPr>
            <w:tcW w:w="10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6F180E79" w14:textId="778B733B" w:rsidR="00FB2EAC" w:rsidRPr="000E636A" w:rsidRDefault="000E636A">
            <w:pPr>
              <w:spacing w:line="245" w:lineRule="auto"/>
              <w:rPr>
                <w:lang w:val="sv-SE"/>
              </w:rPr>
            </w:pPr>
            <w:r>
              <w:rPr>
                <w:sz w:val="17"/>
                <w:lang w:val="sv-SE"/>
              </w:rPr>
              <w:br/>
            </w:r>
            <w:r w:rsidR="00F74BD8" w:rsidRPr="000E636A">
              <w:rPr>
                <w:sz w:val="17"/>
                <w:lang w:val="sv-SE"/>
              </w:rPr>
              <w:t xml:space="preserve">Underskrift av byggherre (efter avslutat projekt): </w:t>
            </w:r>
          </w:p>
        </w:tc>
        <w:tc>
          <w:tcPr>
            <w:tcW w:w="52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80" w:type="dxa"/>
              <w:left w:w="85" w:type="dxa"/>
              <w:bottom w:w="75" w:type="dxa"/>
              <w:right w:w="85" w:type="dxa"/>
            </w:tcMar>
            <w:vAlign w:val="center"/>
          </w:tcPr>
          <w:p w14:paraId="08F037B7" w14:textId="24F38331" w:rsidR="00FB2EAC" w:rsidRDefault="000E636A">
            <w:pPr>
              <w:spacing w:line="245" w:lineRule="auto"/>
            </w:pPr>
            <w:r>
              <w:rPr>
                <w:sz w:val="17"/>
              </w:rPr>
              <w:br/>
            </w:r>
            <w:r w:rsidR="00F74BD8">
              <w:rPr>
                <w:sz w:val="17"/>
              </w:rPr>
              <w:t>Datum:</w:t>
            </w:r>
          </w:p>
        </w:tc>
      </w:tr>
    </w:tbl>
    <w:p w14:paraId="51DA4E97" w14:textId="340D4A35" w:rsidR="00FB2EAC" w:rsidRPr="000E636A" w:rsidRDefault="00FB2EAC" w:rsidP="000E636A">
      <w:pPr>
        <w:rPr>
          <w:lang w:val="sv-SE"/>
        </w:rPr>
      </w:pPr>
    </w:p>
    <w:sectPr w:rsidR="00FB2EAC" w:rsidRPr="000E636A" w:rsidSect="000E636A">
      <w:footerReference w:type="default" r:id="rId8"/>
      <w:pgSz w:w="16838" w:h="11906" w:orient="landscape"/>
      <w:pgMar w:top="284" w:right="539" w:bottom="426" w:left="567" w:header="255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ADC85" w14:textId="77777777" w:rsidR="00F74BD8" w:rsidRDefault="00F74BD8">
      <w:pPr>
        <w:spacing w:line="240" w:lineRule="auto"/>
      </w:pPr>
      <w:r>
        <w:separator/>
      </w:r>
    </w:p>
  </w:endnote>
  <w:endnote w:type="continuationSeparator" w:id="0">
    <w:p w14:paraId="343D5C8E" w14:textId="77777777" w:rsidR="00F74BD8" w:rsidRDefault="00F74B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03BE" w14:textId="77777777" w:rsidR="00FB2EAC" w:rsidRPr="000E636A" w:rsidRDefault="00F74BD8">
    <w:pPr>
      <w:pStyle w:val="Sidfot"/>
      <w:jc w:val="right"/>
      <w:rPr>
        <w:lang w:val="sv-SE"/>
      </w:rPr>
    </w:pPr>
    <w:r w:rsidRPr="000E636A">
      <w:rPr>
        <w:color w:val="666666"/>
        <w:sz w:val="14"/>
        <w:lang w:val="sv-SE"/>
      </w:rPr>
      <w:t>Avfallshanteringsplan | ny- och tillbyggnad av småhus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E2650" w14:textId="77777777" w:rsidR="00F74BD8" w:rsidRDefault="00F74BD8">
      <w:pPr>
        <w:spacing w:line="240" w:lineRule="auto"/>
      </w:pPr>
      <w:r>
        <w:separator/>
      </w:r>
    </w:p>
  </w:footnote>
  <w:footnote w:type="continuationSeparator" w:id="0">
    <w:p w14:paraId="2224E48E" w14:textId="77777777" w:rsidR="00F74BD8" w:rsidRDefault="00F74B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9915987">
    <w:abstractNumId w:val="8"/>
  </w:num>
  <w:num w:numId="2" w16cid:durableId="1659846299">
    <w:abstractNumId w:val="6"/>
  </w:num>
  <w:num w:numId="3" w16cid:durableId="586772955">
    <w:abstractNumId w:val="5"/>
  </w:num>
  <w:num w:numId="4" w16cid:durableId="200092842">
    <w:abstractNumId w:val="4"/>
  </w:num>
  <w:num w:numId="5" w16cid:durableId="1671175614">
    <w:abstractNumId w:val="7"/>
  </w:num>
  <w:num w:numId="6" w16cid:durableId="1344164655">
    <w:abstractNumId w:val="3"/>
  </w:num>
  <w:num w:numId="7" w16cid:durableId="1779331775">
    <w:abstractNumId w:val="2"/>
  </w:num>
  <w:num w:numId="8" w16cid:durableId="1880120511">
    <w:abstractNumId w:val="1"/>
  </w:num>
  <w:num w:numId="9" w16cid:durableId="1428572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36A"/>
    <w:rsid w:val="0015074B"/>
    <w:rsid w:val="00293281"/>
    <w:rsid w:val="0029639D"/>
    <w:rsid w:val="00326F90"/>
    <w:rsid w:val="00AA1D8D"/>
    <w:rsid w:val="00B47730"/>
    <w:rsid w:val="00CB0664"/>
    <w:rsid w:val="00F74BD8"/>
    <w:rsid w:val="00FB2E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EA920"/>
  <w14:defaultImageDpi w14:val="300"/>
  <w15:docId w15:val="{4412C4C8-4531-41BD-ABD9-D937EBA6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0" w:lineRule="auto"/>
    </w:pPr>
    <w:rPr>
      <w:rFonts w:ascii="Tahoma" w:hAnsi="Tahoma"/>
      <w:sz w:val="18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456</Words>
  <Characters>3158</Characters>
  <Application>Microsoft Office Word</Application>
  <DocSecurity>0</DocSecurity>
  <Lines>143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Avfallshanteringsplan – ny- och tillbyggnad av småhus</dc:title>
  <dc:subject>Redigerbar mall anpassad till kontrollplan för rivning</dc:subject>
  <dc:creator>python-docx</dc:creator>
  <cp:keywords/>
  <dc:description>generated by python-docx</dc:description>
  <cp:lastModifiedBy>Filip Björndahl</cp:lastModifiedBy>
  <cp:revision>2</cp:revision>
  <dcterms:created xsi:type="dcterms:W3CDTF">2026-10-23T06:17:00Z</dcterms:created>
  <dcterms:modified xsi:type="dcterms:W3CDTF">2026-10-23T06:17:00Z</dcterms:modified>
  <cp:category/>
</cp:coreProperties>
</file>